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F807" w14:textId="77777777" w:rsidR="008171B3" w:rsidRDefault="00A76312">
      <w:pPr>
        <w:spacing w:after="20" w:line="240" w:lineRule="auto"/>
        <w:jc w:val="center"/>
        <w:rPr>
          <w:b/>
          <w:sz w:val="28"/>
          <w:szCs w:val="28"/>
        </w:rPr>
      </w:pPr>
      <w:r w:rsidRPr="00D373AB">
        <w:rPr>
          <w:b/>
          <w:sz w:val="28"/>
          <w:szCs w:val="28"/>
        </w:rPr>
        <w:t>GOIÁS ESPORTE CLUBE</w:t>
      </w:r>
    </w:p>
    <w:p w14:paraId="059A432D" w14:textId="77777777" w:rsidR="00D373AB" w:rsidRPr="00D373AB" w:rsidRDefault="00D373AB">
      <w:pPr>
        <w:spacing w:after="20" w:line="240" w:lineRule="auto"/>
        <w:jc w:val="center"/>
        <w:rPr>
          <w:sz w:val="28"/>
          <w:szCs w:val="28"/>
        </w:rPr>
      </w:pPr>
    </w:p>
    <w:p w14:paraId="1D81F698" w14:textId="77777777" w:rsidR="008171B3" w:rsidRDefault="00A76312">
      <w:pPr>
        <w:spacing w:after="20" w:line="240" w:lineRule="auto"/>
        <w:jc w:val="center"/>
        <w:rPr>
          <w:b/>
          <w:sz w:val="28"/>
          <w:szCs w:val="28"/>
        </w:rPr>
      </w:pPr>
      <w:r w:rsidRPr="00D373AB">
        <w:rPr>
          <w:b/>
          <w:sz w:val="28"/>
          <w:szCs w:val="28"/>
        </w:rPr>
        <w:t>PRESIDÊNCIA DO CONSELHO DELIBERATIVO</w:t>
      </w:r>
    </w:p>
    <w:p w14:paraId="1CEDFD6D" w14:textId="77777777" w:rsidR="00D373AB" w:rsidRPr="00D373AB" w:rsidRDefault="00D373AB">
      <w:pPr>
        <w:spacing w:after="20" w:line="240" w:lineRule="auto"/>
        <w:jc w:val="center"/>
        <w:rPr>
          <w:sz w:val="28"/>
          <w:szCs w:val="28"/>
        </w:rPr>
      </w:pPr>
    </w:p>
    <w:p w14:paraId="1DDDD4BA" w14:textId="77777777" w:rsidR="008171B3" w:rsidRPr="00D373AB" w:rsidRDefault="00A76312">
      <w:pPr>
        <w:spacing w:after="0" w:line="240" w:lineRule="auto"/>
        <w:jc w:val="center"/>
        <w:rPr>
          <w:sz w:val="28"/>
          <w:szCs w:val="28"/>
        </w:rPr>
      </w:pPr>
      <w:r w:rsidRPr="00D373AB">
        <w:rPr>
          <w:b/>
          <w:sz w:val="28"/>
          <w:szCs w:val="28"/>
        </w:rPr>
        <w:t>COMISSÃO ELEITORAL - ELEIÇÃO DA DIRETORIA EXECUTIVA</w:t>
      </w:r>
    </w:p>
    <w:p w14:paraId="62369D30" w14:textId="77777777" w:rsidR="008171B3" w:rsidRPr="00D373AB" w:rsidRDefault="00A76312">
      <w:pPr>
        <w:spacing w:after="140" w:line="240" w:lineRule="auto"/>
        <w:jc w:val="center"/>
        <w:rPr>
          <w:sz w:val="28"/>
          <w:szCs w:val="28"/>
        </w:rPr>
      </w:pPr>
      <w:r w:rsidRPr="00D373AB">
        <w:rPr>
          <w:b/>
          <w:sz w:val="28"/>
          <w:szCs w:val="28"/>
        </w:rPr>
        <w:t>TRIÊNIO 2027/2029</w:t>
      </w:r>
    </w:p>
    <w:p w14:paraId="64392E6D" w14:textId="77777777" w:rsidR="008171B3" w:rsidRDefault="00A76312">
      <w:pPr>
        <w:spacing w:after="140" w:line="240" w:lineRule="auto"/>
        <w:jc w:val="center"/>
        <w:rPr>
          <w:b/>
          <w:sz w:val="28"/>
          <w:szCs w:val="28"/>
        </w:rPr>
      </w:pPr>
      <w:r w:rsidRPr="00D373AB">
        <w:rPr>
          <w:b/>
          <w:sz w:val="28"/>
          <w:szCs w:val="28"/>
        </w:rPr>
        <w:t>ANEXO I - IDENTIFICAÇÃO E QUALIFICAÇÃO COMPLETA DOS CANDIDATOS</w:t>
      </w:r>
    </w:p>
    <w:p w14:paraId="11CCA9F9" w14:textId="77777777" w:rsidR="00D373AB" w:rsidRPr="00D373AB" w:rsidRDefault="00D373AB">
      <w:pPr>
        <w:spacing w:after="140" w:line="240" w:lineRule="auto"/>
        <w:jc w:val="center"/>
        <w:rPr>
          <w:sz w:val="24"/>
          <w:szCs w:val="24"/>
        </w:rPr>
      </w:pPr>
    </w:p>
    <w:p w14:paraId="00B6EC56" w14:textId="77777777" w:rsidR="008171B3" w:rsidRPr="00D373AB" w:rsidRDefault="00A76312" w:rsidP="00D373AB">
      <w:pPr>
        <w:spacing w:after="120"/>
        <w:jc w:val="center"/>
        <w:rPr>
          <w:sz w:val="24"/>
          <w:szCs w:val="24"/>
        </w:rPr>
      </w:pPr>
      <w:r w:rsidRPr="00D373AB">
        <w:rPr>
          <w:b/>
          <w:sz w:val="24"/>
          <w:szCs w:val="24"/>
        </w:rPr>
        <w:t xml:space="preserve">Nome da chapa: </w:t>
      </w:r>
      <w:r w:rsidRPr="00D373AB">
        <w:rPr>
          <w:sz w:val="24"/>
          <w:szCs w:val="24"/>
        </w:rPr>
        <w:t>_______________________________________________________________</w:t>
      </w:r>
    </w:p>
    <w:p w14:paraId="139C5AFB" w14:textId="77777777" w:rsidR="00D373AB" w:rsidRDefault="00D373AB" w:rsidP="00D373AB">
      <w:pPr>
        <w:spacing w:after="120"/>
        <w:jc w:val="center"/>
      </w:pPr>
    </w:p>
    <w:p w14:paraId="04953F77" w14:textId="77777777" w:rsidR="008171B3" w:rsidRDefault="00A76312">
      <w:pPr>
        <w:spacing w:after="120" w:line="240" w:lineRule="auto"/>
        <w:jc w:val="both"/>
        <w:rPr>
          <w:i/>
          <w:sz w:val="24"/>
          <w:szCs w:val="24"/>
        </w:rPr>
      </w:pPr>
      <w:r w:rsidRPr="00D373AB">
        <w:rPr>
          <w:i/>
          <w:sz w:val="24"/>
          <w:szCs w:val="24"/>
        </w:rPr>
        <w:t>Preencher integralmente os dados abaixo. Estas informações destinam-se à conferência da Comissão Eleitoral e à qualificação dos eleitos na ata e nos documentos encaminhados ao Registro Civil de Pessoas Jurídicas.</w:t>
      </w:r>
    </w:p>
    <w:p w14:paraId="1BAF7974" w14:textId="77777777" w:rsidR="00D373AB" w:rsidRPr="00D373AB" w:rsidRDefault="00D373AB">
      <w:pPr>
        <w:spacing w:after="120" w:line="240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8171B3" w14:paraId="4C9D370F" w14:textId="77777777" w:rsidTr="00D373AB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B06FC0" w14:textId="7737B240" w:rsidR="008171B3" w:rsidRPr="00B105CB" w:rsidRDefault="00A76312">
            <w:pPr>
              <w:spacing w:after="60"/>
              <w:jc w:val="center"/>
              <w:rPr>
                <w:sz w:val="28"/>
                <w:szCs w:val="28"/>
              </w:rPr>
            </w:pPr>
            <w:r w:rsidRPr="00B105CB">
              <w:rPr>
                <w:b/>
                <w:sz w:val="28"/>
                <w:szCs w:val="28"/>
              </w:rPr>
              <w:t xml:space="preserve">1. </w:t>
            </w:r>
            <w:r w:rsidR="00B105CB">
              <w:rPr>
                <w:b/>
                <w:sz w:val="28"/>
                <w:szCs w:val="28"/>
              </w:rPr>
              <w:t xml:space="preserve">CANDIDATO A </w:t>
            </w:r>
            <w:r w:rsidRPr="00B105CB">
              <w:rPr>
                <w:b/>
                <w:sz w:val="28"/>
                <w:szCs w:val="28"/>
              </w:rPr>
              <w:t>PRESIDENTE EXECUTIVO</w:t>
            </w:r>
          </w:p>
          <w:p w14:paraId="47BC14F0" w14:textId="3DF5A216" w:rsidR="008171B3" w:rsidRPr="00D373AB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 w:rsidR="0090744D"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5661A6A4" w14:textId="07DF5A8A" w:rsidR="008171B3" w:rsidRPr="00D373AB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 w:rsidR="00D373AB">
              <w:rPr>
                <w:sz w:val="24"/>
                <w:szCs w:val="24"/>
              </w:rPr>
              <w:t xml:space="preserve"> </w:t>
            </w:r>
            <w:r w:rsidR="00BB5F09">
              <w:rPr>
                <w:sz w:val="24"/>
                <w:szCs w:val="24"/>
              </w:rPr>
              <w:t xml:space="preserve">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 w:rsidR="00D373AB"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 w:rsidR="0090744D"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 w:rsidR="00BB5F09"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 w:rsidR="00B105CB"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 w:rsidR="0090744D"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>______________</w:t>
            </w:r>
            <w:proofErr w:type="gramStart"/>
            <w:r w:rsidRPr="00D373AB"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 </w:t>
            </w:r>
            <w:r w:rsidR="0090744D">
              <w:rPr>
                <w:sz w:val="24"/>
                <w:szCs w:val="24"/>
              </w:rPr>
              <w:t xml:space="preserve"> </w:t>
            </w:r>
            <w:r w:rsidRPr="00D373AB">
              <w:rPr>
                <w:b/>
                <w:sz w:val="24"/>
                <w:szCs w:val="24"/>
              </w:rPr>
              <w:t>Órgão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 expedidor/UF: </w:t>
            </w:r>
            <w:r w:rsidRPr="00D373AB">
              <w:rPr>
                <w:sz w:val="24"/>
                <w:szCs w:val="24"/>
              </w:rPr>
              <w:t>_____</w:t>
            </w:r>
            <w:r w:rsidR="00B105CB"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="0090744D" w:rsidRPr="00D373AB">
              <w:rPr>
                <w:b/>
                <w:sz w:val="24"/>
                <w:szCs w:val="24"/>
              </w:rPr>
              <w:t xml:space="preserve">Telefone: </w:t>
            </w:r>
            <w:r w:rsidR="0090744D" w:rsidRPr="00D373AB">
              <w:rPr>
                <w:sz w:val="24"/>
                <w:szCs w:val="24"/>
              </w:rPr>
              <w:t>_______________</w:t>
            </w:r>
            <w:r w:rsidR="00BB5F09">
              <w:rPr>
                <w:sz w:val="24"/>
                <w:szCs w:val="24"/>
              </w:rPr>
              <w:t>_</w:t>
            </w:r>
            <w:r w:rsidR="0090744D" w:rsidRPr="00D373AB">
              <w:rPr>
                <w:sz w:val="24"/>
                <w:szCs w:val="24"/>
              </w:rPr>
              <w:t>_______</w:t>
            </w:r>
            <w:r w:rsidR="0090744D">
              <w:rPr>
                <w:sz w:val="16"/>
              </w:rPr>
              <w:t xml:space="preserve">  </w:t>
            </w:r>
          </w:p>
          <w:p w14:paraId="7B42D198" w14:textId="1F7C4D9A" w:rsidR="008171B3" w:rsidRPr="00D373AB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>________________________</w:t>
            </w:r>
            <w:r w:rsidRPr="00D373AB">
              <w:rPr>
                <w:sz w:val="24"/>
                <w:szCs w:val="24"/>
              </w:rPr>
              <w:t xml:space="preserve">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7615B224" w14:textId="634BE9B0" w:rsidR="00BB5F09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="0090744D" w:rsidRPr="00BB5F09">
              <w:rPr>
                <w:bCs/>
                <w:i/>
                <w:iCs/>
                <w:sz w:val="18"/>
                <w:szCs w:val="18"/>
              </w:rPr>
              <w:t>(D</w:t>
            </w:r>
            <w:r w:rsidR="00BB5F09" w:rsidRPr="00BB5F09">
              <w:rPr>
                <w:bCs/>
                <w:i/>
                <w:iCs/>
                <w:sz w:val="18"/>
                <w:szCs w:val="18"/>
              </w:rPr>
              <w:t>everá ser o mesmo cadastrado no sistema do Clube</w:t>
            </w:r>
            <w:r w:rsidR="00BB5F09"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4D6FA343" w14:textId="02201F4D" w:rsidR="008171B3" w:rsidRPr="00D373AB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 w:rsidR="00BB5F09">
              <w:rPr>
                <w:sz w:val="24"/>
                <w:szCs w:val="24"/>
              </w:rPr>
              <w:t xml:space="preserve"> </w:t>
            </w:r>
            <w:r w:rsidR="00BB5F09" w:rsidRPr="00BB5F09">
              <w:rPr>
                <w:b/>
                <w:bCs/>
                <w:sz w:val="24"/>
                <w:szCs w:val="24"/>
              </w:rPr>
              <w:t>Setor</w:t>
            </w:r>
            <w:r w:rsidR="00BB5F09">
              <w:rPr>
                <w:sz w:val="24"/>
                <w:szCs w:val="24"/>
              </w:rPr>
              <w:t>: _______________________</w:t>
            </w:r>
          </w:p>
          <w:p w14:paraId="4ED722AC" w14:textId="0FD0650C" w:rsidR="008171B3" w:rsidRPr="00D373AB" w:rsidRDefault="00A76312" w:rsidP="00D373AB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>________________</w:t>
            </w:r>
            <w:r w:rsidRPr="00D373AB">
              <w:rPr>
                <w:sz w:val="24"/>
                <w:szCs w:val="24"/>
              </w:rPr>
              <w:t xml:space="preserve">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2E59F874" w14:textId="76E57EA2" w:rsidR="008171B3" w:rsidRDefault="00A76312" w:rsidP="00D373AB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 w:rsidR="00BB5F09">
              <w:rPr>
                <w:sz w:val="24"/>
                <w:szCs w:val="24"/>
              </w:rPr>
              <w:t>.</w:t>
            </w:r>
          </w:p>
        </w:tc>
      </w:tr>
    </w:tbl>
    <w:p w14:paraId="465607C6" w14:textId="77777777" w:rsidR="008171B3" w:rsidRDefault="008171B3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8B1ECD" w14:paraId="3A06ED36" w14:textId="77777777" w:rsidTr="00934193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10836A" w14:textId="3B44FB0E" w:rsidR="008B1ECD" w:rsidRPr="00B105CB" w:rsidRDefault="0079765D" w:rsidP="00934193">
            <w:pPr>
              <w:spacing w:after="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B1ECD" w:rsidRPr="00B105CB">
              <w:rPr>
                <w:b/>
                <w:sz w:val="28"/>
                <w:szCs w:val="28"/>
              </w:rPr>
              <w:t xml:space="preserve">. </w:t>
            </w:r>
            <w:r w:rsidR="008B1ECD">
              <w:rPr>
                <w:b/>
                <w:sz w:val="28"/>
                <w:szCs w:val="28"/>
              </w:rPr>
              <w:t xml:space="preserve">CANDIDATO A </w:t>
            </w:r>
            <w:r w:rsidR="008B1ECD" w:rsidRPr="008B1ECD">
              <w:rPr>
                <w:b/>
                <w:sz w:val="28"/>
                <w:szCs w:val="28"/>
              </w:rPr>
              <w:t>VICE-PRESIDENTE JURÍDICO</w:t>
            </w:r>
          </w:p>
          <w:p w14:paraId="318E50CD" w14:textId="77777777" w:rsidR="008B1ECD" w:rsidRPr="00D373AB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3BBE9367" w14:textId="659E1838" w:rsidR="008B1ECD" w:rsidRPr="00D373AB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>
              <w:rPr>
                <w:sz w:val="24"/>
                <w:szCs w:val="24"/>
              </w:rPr>
              <w:t xml:space="preserve"> 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 xml:space="preserve">_______________ </w:t>
            </w:r>
            <w:r w:rsidRPr="00D373AB">
              <w:rPr>
                <w:b/>
                <w:sz w:val="24"/>
                <w:szCs w:val="24"/>
              </w:rPr>
              <w:t xml:space="preserve">Órgão expedidor/UF: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Pr="00D373AB">
              <w:rPr>
                <w:b/>
                <w:sz w:val="24"/>
                <w:szCs w:val="24"/>
              </w:rPr>
              <w:t xml:space="preserve">Telefone: 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</w:t>
            </w:r>
            <w:r>
              <w:rPr>
                <w:sz w:val="16"/>
              </w:rPr>
              <w:t xml:space="preserve">  </w:t>
            </w:r>
          </w:p>
          <w:p w14:paraId="1929A279" w14:textId="77777777" w:rsidR="008B1ECD" w:rsidRPr="00D373AB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 xml:space="preserve">________________________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6D4ABD71" w14:textId="77777777" w:rsidR="008B1ECD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Pr="00BB5F09">
              <w:rPr>
                <w:bCs/>
                <w:i/>
                <w:iCs/>
                <w:sz w:val="18"/>
                <w:szCs w:val="18"/>
              </w:rPr>
              <w:t>(Deverá ser o mesmo cadastrado no sistema do Clube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67528ECF" w14:textId="77777777" w:rsidR="008B1ECD" w:rsidRPr="00D373AB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B5F09">
              <w:rPr>
                <w:b/>
                <w:bCs/>
                <w:sz w:val="24"/>
                <w:szCs w:val="24"/>
              </w:rPr>
              <w:t>Setor</w:t>
            </w:r>
            <w:r>
              <w:rPr>
                <w:sz w:val="24"/>
                <w:szCs w:val="24"/>
              </w:rPr>
              <w:t>: _______________________</w:t>
            </w:r>
          </w:p>
          <w:p w14:paraId="653D97A7" w14:textId="77777777" w:rsidR="008B1ECD" w:rsidRPr="00D373AB" w:rsidRDefault="008B1EC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 xml:space="preserve">________________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06EFD68F" w14:textId="77777777" w:rsidR="008B1ECD" w:rsidRDefault="008B1ECD" w:rsidP="00934193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3BEEB011" w14:textId="77777777" w:rsidR="00BB5F09" w:rsidRDefault="00BB5F09">
      <w:pPr>
        <w:spacing w:after="20" w:line="240" w:lineRule="auto"/>
      </w:pPr>
    </w:p>
    <w:p w14:paraId="4C78CEF2" w14:textId="77777777" w:rsidR="0079765D" w:rsidRDefault="0079765D">
      <w:pPr>
        <w:spacing w:after="20" w:line="240" w:lineRule="auto"/>
      </w:pPr>
    </w:p>
    <w:p w14:paraId="32814D52" w14:textId="77777777" w:rsidR="0079765D" w:rsidRDefault="0079765D">
      <w:pPr>
        <w:spacing w:after="20" w:line="240" w:lineRule="auto"/>
      </w:pPr>
    </w:p>
    <w:p w14:paraId="3F4A18FD" w14:textId="77777777" w:rsidR="0079765D" w:rsidRDefault="0079765D">
      <w:pPr>
        <w:spacing w:after="20" w:line="240" w:lineRule="auto"/>
      </w:pPr>
    </w:p>
    <w:p w14:paraId="50AB1ADB" w14:textId="77777777" w:rsidR="0079765D" w:rsidRDefault="0079765D">
      <w:pPr>
        <w:spacing w:after="20" w:line="240" w:lineRule="auto"/>
      </w:pPr>
    </w:p>
    <w:p w14:paraId="50652650" w14:textId="77777777" w:rsidR="0079765D" w:rsidRDefault="0079765D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79765D" w14:paraId="6B7411D3" w14:textId="77777777" w:rsidTr="00934193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805FD6" w14:textId="736E8237" w:rsidR="0079765D" w:rsidRPr="00B105CB" w:rsidRDefault="0079765D" w:rsidP="00934193">
            <w:pPr>
              <w:spacing w:after="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B105CB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 xml:space="preserve">CANDIDATO A </w:t>
            </w:r>
            <w:r w:rsidRPr="0079765D">
              <w:rPr>
                <w:b/>
                <w:sz w:val="28"/>
                <w:szCs w:val="28"/>
              </w:rPr>
              <w:t>VICE-PRESIDENTE ADMINISTRATIVO, FINANCEIRO E DE PATRIMÔNIO</w:t>
            </w:r>
          </w:p>
          <w:p w14:paraId="78E9407F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275C4B57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>
              <w:rPr>
                <w:sz w:val="24"/>
                <w:szCs w:val="24"/>
              </w:rPr>
              <w:t xml:space="preserve"> 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 xml:space="preserve">_______________ </w:t>
            </w:r>
            <w:r w:rsidRPr="00D373AB">
              <w:rPr>
                <w:b/>
                <w:sz w:val="24"/>
                <w:szCs w:val="24"/>
              </w:rPr>
              <w:t xml:space="preserve">Órgão expedidor/UF: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Pr="00D373AB">
              <w:rPr>
                <w:b/>
                <w:sz w:val="24"/>
                <w:szCs w:val="24"/>
              </w:rPr>
              <w:t xml:space="preserve">Telefone: 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</w:t>
            </w:r>
            <w:r>
              <w:rPr>
                <w:sz w:val="16"/>
              </w:rPr>
              <w:t xml:space="preserve">  </w:t>
            </w:r>
          </w:p>
          <w:p w14:paraId="1AC2FE2F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 xml:space="preserve">________________________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459DFFAE" w14:textId="77777777" w:rsidR="0079765D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Pr="00BB5F09">
              <w:rPr>
                <w:bCs/>
                <w:i/>
                <w:iCs/>
                <w:sz w:val="18"/>
                <w:szCs w:val="18"/>
              </w:rPr>
              <w:t>(Deverá ser o mesmo cadastrado no sistema do Clube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59668F4D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B5F09">
              <w:rPr>
                <w:b/>
                <w:bCs/>
                <w:sz w:val="24"/>
                <w:szCs w:val="24"/>
              </w:rPr>
              <w:t>Setor</w:t>
            </w:r>
            <w:r>
              <w:rPr>
                <w:sz w:val="24"/>
                <w:szCs w:val="24"/>
              </w:rPr>
              <w:t>: _______________________</w:t>
            </w:r>
          </w:p>
          <w:p w14:paraId="4E9455B0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 xml:space="preserve">________________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2BA81D2D" w14:textId="77777777" w:rsidR="0079765D" w:rsidRDefault="0079765D" w:rsidP="00934193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4BB4F092" w14:textId="77777777" w:rsidR="00BB5F09" w:rsidRDefault="00BB5F09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79765D" w14:paraId="6A40C303" w14:textId="77777777" w:rsidTr="00934193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5FDBE4" w14:textId="6F83ADBD" w:rsidR="00727C02" w:rsidRDefault="00727C02" w:rsidP="00727C02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79765D" w:rsidRPr="00B105CB">
              <w:rPr>
                <w:b/>
                <w:sz w:val="28"/>
                <w:szCs w:val="28"/>
              </w:rPr>
              <w:t xml:space="preserve">. </w:t>
            </w:r>
            <w:r w:rsidR="0079765D">
              <w:rPr>
                <w:b/>
                <w:sz w:val="28"/>
                <w:szCs w:val="28"/>
              </w:rPr>
              <w:t xml:space="preserve">CANDIDATO A </w:t>
            </w:r>
            <w:r w:rsidRPr="00727C02">
              <w:rPr>
                <w:b/>
                <w:sz w:val="28"/>
                <w:szCs w:val="28"/>
              </w:rPr>
              <w:t>VICE-PRESIDENTE DE FUTEBOL PROFISSIONAL MASCULINO, FEMININO E DE BASE</w:t>
            </w:r>
          </w:p>
          <w:p w14:paraId="6E627E33" w14:textId="2A824A0F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53905932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>
              <w:rPr>
                <w:sz w:val="24"/>
                <w:szCs w:val="24"/>
              </w:rPr>
              <w:t xml:space="preserve"> 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 xml:space="preserve">_______________ </w:t>
            </w:r>
            <w:r w:rsidRPr="00D373AB">
              <w:rPr>
                <w:b/>
                <w:sz w:val="24"/>
                <w:szCs w:val="24"/>
              </w:rPr>
              <w:t xml:space="preserve">Órgão expedidor/UF: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Pr="00D373AB">
              <w:rPr>
                <w:b/>
                <w:sz w:val="24"/>
                <w:szCs w:val="24"/>
              </w:rPr>
              <w:t xml:space="preserve">Telefone: 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</w:t>
            </w:r>
            <w:r>
              <w:rPr>
                <w:sz w:val="16"/>
              </w:rPr>
              <w:t xml:space="preserve">  </w:t>
            </w:r>
          </w:p>
          <w:p w14:paraId="63BAB7F1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 xml:space="preserve">________________________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0D2F7E28" w14:textId="77777777" w:rsidR="0079765D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Pr="00BB5F09">
              <w:rPr>
                <w:bCs/>
                <w:i/>
                <w:iCs/>
                <w:sz w:val="18"/>
                <w:szCs w:val="18"/>
              </w:rPr>
              <w:t>(Deverá ser o mesmo cadastrado no sistema do Clube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720783B1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B5F09">
              <w:rPr>
                <w:b/>
                <w:bCs/>
                <w:sz w:val="24"/>
                <w:szCs w:val="24"/>
              </w:rPr>
              <w:t>Setor</w:t>
            </w:r>
            <w:r>
              <w:rPr>
                <w:sz w:val="24"/>
                <w:szCs w:val="24"/>
              </w:rPr>
              <w:t>: _______________________</w:t>
            </w:r>
          </w:p>
          <w:p w14:paraId="2554223A" w14:textId="77777777" w:rsidR="0079765D" w:rsidRPr="00D373AB" w:rsidRDefault="0079765D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 xml:space="preserve">________________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27B1C78A" w14:textId="77777777" w:rsidR="0079765D" w:rsidRDefault="0079765D" w:rsidP="00934193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333B7BD6" w14:textId="77777777" w:rsidR="00BB5F09" w:rsidRDefault="00BB5F09">
      <w:pPr>
        <w:spacing w:after="20" w:line="240" w:lineRule="auto"/>
      </w:pPr>
    </w:p>
    <w:tbl>
      <w:tblPr>
        <w:tblW w:w="10647" w:type="dxa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727C02" w14:paraId="52329419" w14:textId="77777777" w:rsidTr="00727C02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62D731" w14:textId="1A1A8592" w:rsidR="00727C02" w:rsidRDefault="00BC223D" w:rsidP="00934193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27C02" w:rsidRPr="00B105CB">
              <w:rPr>
                <w:b/>
                <w:sz w:val="28"/>
                <w:szCs w:val="28"/>
              </w:rPr>
              <w:t xml:space="preserve">. </w:t>
            </w:r>
            <w:r w:rsidR="00727C02">
              <w:rPr>
                <w:b/>
                <w:sz w:val="28"/>
                <w:szCs w:val="28"/>
              </w:rPr>
              <w:t xml:space="preserve">CANDIDATO A </w:t>
            </w:r>
            <w:r w:rsidR="003E5CFC" w:rsidRPr="003E5CFC">
              <w:rPr>
                <w:b/>
                <w:sz w:val="28"/>
                <w:szCs w:val="28"/>
              </w:rPr>
              <w:t>VICE-PRESIDENTE DE MARKETING, COMUNICAÇÃO E NOVOS NEGÓCIOS</w:t>
            </w:r>
          </w:p>
          <w:p w14:paraId="04E664C5" w14:textId="77777777" w:rsidR="00727C02" w:rsidRPr="00D373AB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15B4979C" w14:textId="77777777" w:rsidR="00727C02" w:rsidRPr="00D373AB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>
              <w:rPr>
                <w:sz w:val="24"/>
                <w:szCs w:val="24"/>
              </w:rPr>
              <w:t xml:space="preserve"> 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 xml:space="preserve">_______________ </w:t>
            </w:r>
            <w:r w:rsidRPr="00D373AB">
              <w:rPr>
                <w:b/>
                <w:sz w:val="24"/>
                <w:szCs w:val="24"/>
              </w:rPr>
              <w:t xml:space="preserve">Órgão expedidor/UF: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Pr="00D373AB">
              <w:rPr>
                <w:b/>
                <w:sz w:val="24"/>
                <w:szCs w:val="24"/>
              </w:rPr>
              <w:t xml:space="preserve">Telefone: 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</w:t>
            </w:r>
            <w:r>
              <w:rPr>
                <w:sz w:val="16"/>
              </w:rPr>
              <w:t xml:space="preserve">  </w:t>
            </w:r>
          </w:p>
          <w:p w14:paraId="4C28FE6F" w14:textId="77777777" w:rsidR="00727C02" w:rsidRPr="00D373AB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 xml:space="preserve">________________________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5BB5BC18" w14:textId="77777777" w:rsidR="00727C02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Pr="00BB5F09">
              <w:rPr>
                <w:bCs/>
                <w:i/>
                <w:iCs/>
                <w:sz w:val="18"/>
                <w:szCs w:val="18"/>
              </w:rPr>
              <w:t>(Deverá ser o mesmo cadastrado no sistema do Clube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65FDC167" w14:textId="77777777" w:rsidR="00727C02" w:rsidRPr="00D373AB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B5F09">
              <w:rPr>
                <w:b/>
                <w:bCs/>
                <w:sz w:val="24"/>
                <w:szCs w:val="24"/>
              </w:rPr>
              <w:t>Setor</w:t>
            </w:r>
            <w:r>
              <w:rPr>
                <w:sz w:val="24"/>
                <w:szCs w:val="24"/>
              </w:rPr>
              <w:t>: _______________________</w:t>
            </w:r>
          </w:p>
          <w:p w14:paraId="52F180B5" w14:textId="77777777" w:rsidR="00727C02" w:rsidRPr="00D373AB" w:rsidRDefault="00727C02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 xml:space="preserve">________________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15E37600" w14:textId="77777777" w:rsidR="00727C02" w:rsidRDefault="00727C02" w:rsidP="00934193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78318230" w14:textId="77777777" w:rsidR="008171B3" w:rsidRDefault="008171B3">
      <w:pPr>
        <w:spacing w:after="20" w:line="240" w:lineRule="auto"/>
      </w:pPr>
    </w:p>
    <w:p w14:paraId="0D799BBB" w14:textId="77777777" w:rsidR="008171B3" w:rsidRDefault="008171B3">
      <w:pPr>
        <w:spacing w:after="20" w:line="240" w:lineRule="auto"/>
      </w:pPr>
    </w:p>
    <w:p w14:paraId="0D580856" w14:textId="77777777" w:rsidR="008171B3" w:rsidRDefault="00A76312">
      <w:r>
        <w:br w:type="page"/>
      </w:r>
    </w:p>
    <w:p w14:paraId="054495F3" w14:textId="77777777" w:rsidR="008171B3" w:rsidRDefault="00A76312">
      <w:pPr>
        <w:spacing w:after="20" w:line="240" w:lineRule="auto"/>
        <w:jc w:val="center"/>
      </w:pPr>
      <w:r>
        <w:rPr>
          <w:b/>
          <w:sz w:val="23"/>
        </w:rPr>
        <w:lastRenderedPageBreak/>
        <w:t>GOIÁS ESPORTE CLUBE</w:t>
      </w:r>
    </w:p>
    <w:p w14:paraId="3339426D" w14:textId="77777777" w:rsidR="008171B3" w:rsidRDefault="00A76312">
      <w:pPr>
        <w:spacing w:after="20" w:line="240" w:lineRule="auto"/>
        <w:jc w:val="center"/>
      </w:pPr>
      <w:r>
        <w:rPr>
          <w:b/>
          <w:sz w:val="21"/>
        </w:rPr>
        <w:t>PRESIDÊNCIA DO CONSELHO DELIBERATIVO</w:t>
      </w:r>
    </w:p>
    <w:p w14:paraId="36B61D73" w14:textId="77777777" w:rsidR="008171B3" w:rsidRDefault="00A76312">
      <w:pPr>
        <w:spacing w:after="0" w:line="240" w:lineRule="auto"/>
        <w:jc w:val="center"/>
      </w:pPr>
      <w:r>
        <w:rPr>
          <w:b/>
        </w:rPr>
        <w:t>COMISSÃO ELEITORAL - ELEIÇÃO DA DIRETORIA EXECUTIVA</w:t>
      </w:r>
    </w:p>
    <w:p w14:paraId="0394940E" w14:textId="77777777" w:rsidR="008171B3" w:rsidRDefault="00A76312">
      <w:pPr>
        <w:spacing w:after="140" w:line="240" w:lineRule="auto"/>
        <w:jc w:val="center"/>
      </w:pPr>
      <w:r>
        <w:rPr>
          <w:b/>
        </w:rPr>
        <w:t>TRIÊNIO 2027/2029</w:t>
      </w:r>
    </w:p>
    <w:tbl>
      <w:tblPr>
        <w:tblW w:w="10647" w:type="dxa"/>
        <w:jc w:val="center"/>
        <w:tblLayout w:type="fixed"/>
        <w:tblLook w:val="04A0" w:firstRow="1" w:lastRow="0" w:firstColumn="1" w:lastColumn="0" w:noHBand="0" w:noVBand="1"/>
      </w:tblPr>
      <w:tblGrid>
        <w:gridCol w:w="10647"/>
      </w:tblGrid>
      <w:tr w:rsidR="00D1206C" w14:paraId="6C17065F" w14:textId="77777777" w:rsidTr="00934193">
        <w:trPr>
          <w:jc w:val="center"/>
        </w:trPr>
        <w:tc>
          <w:tcPr>
            <w:tcW w:w="10647" w:type="dxa"/>
            <w:tcBorders>
              <w:top w:val="single" w:sz="5" w:space="0" w:color="A9A9A9"/>
              <w:left w:val="single" w:sz="5" w:space="0" w:color="A9A9A9"/>
              <w:bottom w:val="single" w:sz="5" w:space="0" w:color="A9A9A9"/>
              <w:right w:val="single" w:sz="5" w:space="0" w:color="A9A9A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246343" w14:textId="77777777" w:rsidR="00D1206C" w:rsidRDefault="00D1206C" w:rsidP="00D1206C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B105CB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 xml:space="preserve">CANDIDATO A </w:t>
            </w:r>
            <w:r w:rsidRPr="00D1206C">
              <w:rPr>
                <w:b/>
                <w:sz w:val="28"/>
                <w:szCs w:val="28"/>
              </w:rPr>
              <w:t>VICE-PRESIDENTE DE ESPORTES OLÍMPICOS, PARALÍMPICOS, INICIAÇÃO ESPORTIVA E SOCIAL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</w:p>
          <w:p w14:paraId="7E9016A8" w14:textId="69897397" w:rsidR="00D1206C" w:rsidRPr="00D373AB" w:rsidRDefault="00D1206C" w:rsidP="00D1206C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Nome completo: </w:t>
            </w:r>
            <w:r w:rsidRPr="00D373AB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___</w:t>
            </w:r>
          </w:p>
          <w:p w14:paraId="78C2210A" w14:textId="77777777" w:rsidR="00D1206C" w:rsidRPr="00D373AB" w:rsidRDefault="00D1206C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Nacionalidade: </w:t>
            </w:r>
            <w:r w:rsidRPr="00D373AB">
              <w:rPr>
                <w:sz w:val="24"/>
                <w:szCs w:val="24"/>
              </w:rPr>
              <w:t xml:space="preserve">________________________  </w:t>
            </w:r>
            <w:r>
              <w:rPr>
                <w:sz w:val="24"/>
                <w:szCs w:val="24"/>
              </w:rPr>
              <w:t xml:space="preserve">   </w:t>
            </w:r>
            <w:r w:rsidRPr="00D373AB">
              <w:rPr>
                <w:b/>
                <w:sz w:val="24"/>
                <w:szCs w:val="24"/>
              </w:rPr>
              <w:t xml:space="preserve">Estado civil: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Profissão</w:t>
            </w:r>
            <w:proofErr w:type="gramEnd"/>
            <w:r>
              <w:rPr>
                <w:b/>
                <w:sz w:val="24"/>
                <w:szCs w:val="24"/>
              </w:rPr>
              <w:t>:</w:t>
            </w:r>
            <w:r w:rsidRPr="00D373AB">
              <w:rPr>
                <w:b/>
                <w:sz w:val="24"/>
                <w:szCs w:val="24"/>
              </w:rPr>
              <w:t xml:space="preserve"> </w:t>
            </w:r>
            <w:r w:rsidRPr="00D373AB">
              <w:rPr>
                <w:sz w:val="24"/>
                <w:szCs w:val="24"/>
              </w:rPr>
              <w:t xml:space="preserve">______________________________ </w:t>
            </w:r>
            <w:r w:rsidRPr="00D373AB">
              <w:rPr>
                <w:b/>
                <w:sz w:val="24"/>
                <w:szCs w:val="24"/>
              </w:rPr>
              <w:t xml:space="preserve">Data de nascimento: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</w:t>
            </w:r>
            <w:r w:rsidRPr="00D373AB">
              <w:rPr>
                <w:sz w:val="24"/>
                <w:szCs w:val="24"/>
              </w:rPr>
              <w:t>_</w:t>
            </w:r>
            <w:proofErr w:type="gramStart"/>
            <w:r w:rsidRPr="00D373AB">
              <w:rPr>
                <w:sz w:val="24"/>
                <w:szCs w:val="24"/>
              </w:rPr>
              <w:t xml:space="preserve">_  </w:t>
            </w:r>
            <w:r w:rsidRPr="00D373AB">
              <w:rPr>
                <w:b/>
                <w:sz w:val="24"/>
                <w:szCs w:val="24"/>
              </w:rPr>
              <w:t>RG</w:t>
            </w:r>
            <w:proofErr w:type="gramEnd"/>
            <w:r w:rsidRPr="00D373AB">
              <w:rPr>
                <w:b/>
                <w:sz w:val="24"/>
                <w:szCs w:val="24"/>
              </w:rPr>
              <w:t xml:space="preserve">: </w:t>
            </w:r>
            <w:r w:rsidRPr="00D373AB">
              <w:rPr>
                <w:sz w:val="24"/>
                <w:szCs w:val="24"/>
              </w:rPr>
              <w:t xml:space="preserve">_______________ </w:t>
            </w:r>
            <w:r w:rsidRPr="00D373AB">
              <w:rPr>
                <w:b/>
                <w:sz w:val="24"/>
                <w:szCs w:val="24"/>
              </w:rPr>
              <w:t xml:space="preserve">Órgão expedidor/UF: </w:t>
            </w:r>
            <w:r w:rsidRPr="00D373AB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 xml:space="preserve">_ </w:t>
            </w:r>
            <w:r w:rsidRPr="00D373AB">
              <w:rPr>
                <w:b/>
                <w:sz w:val="24"/>
                <w:szCs w:val="24"/>
              </w:rPr>
              <w:t xml:space="preserve">Telefone: </w:t>
            </w:r>
            <w:r w:rsidRPr="00D373AB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</w:t>
            </w:r>
            <w:r w:rsidRPr="00D373AB">
              <w:rPr>
                <w:sz w:val="24"/>
                <w:szCs w:val="24"/>
              </w:rPr>
              <w:t>_______</w:t>
            </w:r>
            <w:r>
              <w:rPr>
                <w:sz w:val="16"/>
              </w:rPr>
              <w:t xml:space="preserve">  </w:t>
            </w:r>
          </w:p>
          <w:p w14:paraId="4A7A8022" w14:textId="77777777" w:rsidR="00D1206C" w:rsidRPr="00D373AB" w:rsidRDefault="00D1206C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CPF: </w:t>
            </w:r>
            <w:r w:rsidRPr="00D373AB">
              <w:rPr>
                <w:sz w:val="24"/>
                <w:szCs w:val="24"/>
              </w:rPr>
              <w:t xml:space="preserve">________________________ </w:t>
            </w:r>
            <w:r w:rsidRPr="00D373AB">
              <w:rPr>
                <w:b/>
                <w:sz w:val="24"/>
                <w:szCs w:val="24"/>
              </w:rPr>
              <w:t xml:space="preserve">Título associativo nº: </w:t>
            </w:r>
            <w:r w:rsidRPr="00D373AB">
              <w:rPr>
                <w:sz w:val="24"/>
                <w:szCs w:val="24"/>
              </w:rPr>
              <w:t xml:space="preserve">_____________ </w:t>
            </w:r>
            <w:r w:rsidRPr="00D373AB">
              <w:rPr>
                <w:b/>
                <w:sz w:val="24"/>
                <w:szCs w:val="24"/>
              </w:rPr>
              <w:t xml:space="preserve">Série: </w:t>
            </w:r>
            <w:r w:rsidRPr="00D373AB">
              <w:rPr>
                <w:sz w:val="24"/>
                <w:szCs w:val="24"/>
              </w:rPr>
              <w:t xml:space="preserve">__________  </w:t>
            </w:r>
          </w:p>
          <w:p w14:paraId="589269CC" w14:textId="77777777" w:rsidR="00D1206C" w:rsidRDefault="00D1206C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Endereço residencial completo: </w:t>
            </w:r>
            <w:r w:rsidRPr="00BB5F09">
              <w:rPr>
                <w:bCs/>
                <w:i/>
                <w:iCs/>
                <w:sz w:val="18"/>
                <w:szCs w:val="18"/>
              </w:rPr>
              <w:t>(Deverá ser o mesmo cadastrado no sistema do Clube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</w:p>
          <w:p w14:paraId="03F1A1F6" w14:textId="77777777" w:rsidR="00D1206C" w:rsidRPr="00D373AB" w:rsidRDefault="00D1206C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sz w:val="24"/>
                <w:szCs w:val="24"/>
              </w:rPr>
              <w:t>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B5F09">
              <w:rPr>
                <w:b/>
                <w:bCs/>
                <w:sz w:val="24"/>
                <w:szCs w:val="24"/>
              </w:rPr>
              <w:t>Setor</w:t>
            </w:r>
            <w:r>
              <w:rPr>
                <w:sz w:val="24"/>
                <w:szCs w:val="24"/>
              </w:rPr>
              <w:t>: _______________________</w:t>
            </w:r>
          </w:p>
          <w:p w14:paraId="67DF0E97" w14:textId="77777777" w:rsidR="00D1206C" w:rsidRPr="00D373AB" w:rsidRDefault="00D1206C" w:rsidP="00934193">
            <w:pPr>
              <w:spacing w:after="0" w:line="312" w:lineRule="auto"/>
              <w:rPr>
                <w:sz w:val="24"/>
                <w:szCs w:val="24"/>
              </w:rPr>
            </w:pPr>
            <w:r w:rsidRPr="00D373AB">
              <w:rPr>
                <w:b/>
                <w:sz w:val="24"/>
                <w:szCs w:val="24"/>
              </w:rPr>
              <w:t xml:space="preserve">CEP: </w:t>
            </w:r>
            <w:r w:rsidRPr="00D373AB">
              <w:rPr>
                <w:sz w:val="24"/>
                <w:szCs w:val="24"/>
              </w:rPr>
              <w:t xml:space="preserve">________________ </w:t>
            </w:r>
            <w:r w:rsidRPr="00D373AB">
              <w:rPr>
                <w:b/>
                <w:sz w:val="24"/>
                <w:szCs w:val="24"/>
              </w:rPr>
              <w:t xml:space="preserve">Município: </w:t>
            </w:r>
            <w:r w:rsidRPr="00D373AB">
              <w:rPr>
                <w:sz w:val="24"/>
                <w:szCs w:val="24"/>
              </w:rPr>
              <w:t xml:space="preserve">__________________________ </w:t>
            </w:r>
            <w:r w:rsidRPr="00D373AB">
              <w:rPr>
                <w:b/>
                <w:sz w:val="24"/>
                <w:szCs w:val="24"/>
              </w:rPr>
              <w:t xml:space="preserve">UF: </w:t>
            </w:r>
            <w:r w:rsidRPr="00D373AB">
              <w:rPr>
                <w:sz w:val="24"/>
                <w:szCs w:val="24"/>
              </w:rPr>
              <w:t xml:space="preserve">______  </w:t>
            </w:r>
          </w:p>
          <w:p w14:paraId="733FA7D8" w14:textId="77777777" w:rsidR="00D1206C" w:rsidRDefault="00D1206C" w:rsidP="00934193">
            <w:pPr>
              <w:spacing w:after="0" w:line="312" w:lineRule="auto"/>
            </w:pPr>
            <w:r w:rsidRPr="00D373AB">
              <w:rPr>
                <w:b/>
                <w:sz w:val="24"/>
                <w:szCs w:val="24"/>
              </w:rPr>
              <w:t xml:space="preserve">E-mail: </w:t>
            </w:r>
            <w:r w:rsidRPr="00D373AB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41094497" w14:textId="77777777" w:rsidR="008171B3" w:rsidRDefault="008171B3">
      <w:pPr>
        <w:spacing w:after="20" w:line="240" w:lineRule="auto"/>
      </w:pPr>
    </w:p>
    <w:p w14:paraId="0630ED5C" w14:textId="77777777" w:rsidR="00D1206C" w:rsidRDefault="00D1206C">
      <w:pPr>
        <w:spacing w:after="20" w:line="240" w:lineRule="auto"/>
      </w:pPr>
    </w:p>
    <w:p w14:paraId="639F9947" w14:textId="77777777" w:rsidR="00F30123" w:rsidRDefault="00F30123" w:rsidP="00D1206C">
      <w:pPr>
        <w:spacing w:after="20" w:line="240" w:lineRule="auto"/>
        <w:jc w:val="center"/>
        <w:rPr>
          <w:sz w:val="28"/>
          <w:szCs w:val="28"/>
        </w:rPr>
      </w:pPr>
    </w:p>
    <w:p w14:paraId="7AEBD8B6" w14:textId="77777777" w:rsidR="00F30123" w:rsidRDefault="00F30123" w:rsidP="00D1206C">
      <w:pPr>
        <w:spacing w:after="20" w:line="240" w:lineRule="auto"/>
        <w:jc w:val="center"/>
        <w:rPr>
          <w:sz w:val="28"/>
          <w:szCs w:val="28"/>
        </w:rPr>
      </w:pPr>
    </w:p>
    <w:p w14:paraId="3076EBC8" w14:textId="650B3B39" w:rsid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  <w:r w:rsidRPr="00D1206C">
        <w:rPr>
          <w:sz w:val="28"/>
          <w:szCs w:val="28"/>
        </w:rPr>
        <w:t xml:space="preserve">Goiânia (GO), ______ de __________________ </w:t>
      </w:r>
      <w:proofErr w:type="spellStart"/>
      <w:r w:rsidRPr="00D1206C">
        <w:rPr>
          <w:sz w:val="28"/>
          <w:szCs w:val="28"/>
        </w:rPr>
        <w:t>de</w:t>
      </w:r>
      <w:proofErr w:type="spellEnd"/>
      <w:r w:rsidRPr="00D1206C">
        <w:rPr>
          <w:sz w:val="28"/>
          <w:szCs w:val="28"/>
        </w:rPr>
        <w:t xml:space="preserve"> 2026</w:t>
      </w:r>
    </w:p>
    <w:p w14:paraId="2B188A0F" w14:textId="77777777" w:rsid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</w:p>
    <w:p w14:paraId="14541B62" w14:textId="77777777" w:rsid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</w:p>
    <w:p w14:paraId="36346BE1" w14:textId="77777777" w:rsid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</w:p>
    <w:p w14:paraId="542DEE3B" w14:textId="115AE2A7" w:rsid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7C16AB4C" w14:textId="1709206F" w:rsidR="00D1206C" w:rsidRPr="00D1206C" w:rsidRDefault="00D1206C" w:rsidP="00D1206C">
      <w:pPr>
        <w:spacing w:after="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Assinatura Candidato a Presidente Executivo</w:t>
      </w:r>
    </w:p>
    <w:p w14:paraId="793F3D53" w14:textId="15A8F84A" w:rsidR="008171B3" w:rsidRDefault="008171B3" w:rsidP="00F30123">
      <w:pPr>
        <w:jc w:val="both"/>
      </w:pPr>
    </w:p>
    <w:p w14:paraId="6C19CE58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73B112F1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42A39FD3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560E8A22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5CA0BB2E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4AEBB310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1856EE4A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56BD5A93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337B9E36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1AFC25CE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66108CA5" w14:textId="77777777" w:rsidR="00F30123" w:rsidRDefault="00F30123" w:rsidP="00F30123">
      <w:pPr>
        <w:tabs>
          <w:tab w:val="num" w:pos="720"/>
        </w:tabs>
        <w:spacing w:line="288" w:lineRule="auto"/>
        <w:ind w:left="-425"/>
        <w:rPr>
          <w:rFonts w:cs="Arial"/>
          <w:bCs/>
          <w:sz w:val="18"/>
          <w:szCs w:val="18"/>
        </w:rPr>
      </w:pPr>
    </w:p>
    <w:p w14:paraId="22CA5F2A" w14:textId="51A6B889" w:rsidR="00F30123" w:rsidRDefault="00F30123" w:rsidP="00F30123">
      <w:pPr>
        <w:tabs>
          <w:tab w:val="num" w:pos="720"/>
        </w:tabs>
        <w:spacing w:line="288" w:lineRule="auto"/>
        <w:ind w:left="-425"/>
      </w:pPr>
      <w:r>
        <w:rPr>
          <w:rFonts w:cs="Arial"/>
          <w:bCs/>
          <w:sz w:val="18"/>
          <w:szCs w:val="18"/>
        </w:rPr>
        <w:t xml:space="preserve">- </w:t>
      </w:r>
      <w:r w:rsidRPr="00F30123">
        <w:rPr>
          <w:rFonts w:cs="Arial"/>
          <w:bCs/>
          <w:sz w:val="18"/>
          <w:szCs w:val="18"/>
          <w:u w:val="single"/>
        </w:rPr>
        <w:t>Formas de assinatura admitida</w:t>
      </w:r>
      <w:r w:rsidRPr="00EB095D">
        <w:rPr>
          <w:rFonts w:cs="Arial"/>
          <w:bCs/>
          <w:sz w:val="18"/>
          <w:szCs w:val="18"/>
        </w:rPr>
        <w:t>: assinatura de próprio punho</w:t>
      </w:r>
      <w:r>
        <w:rPr>
          <w:rFonts w:cs="Arial"/>
          <w:bCs/>
          <w:sz w:val="18"/>
          <w:szCs w:val="18"/>
        </w:rPr>
        <w:t xml:space="preserve"> a caneta</w:t>
      </w:r>
      <w:r w:rsidRPr="00EB095D">
        <w:rPr>
          <w:rFonts w:cs="Arial"/>
          <w:bCs/>
          <w:sz w:val="18"/>
          <w:szCs w:val="18"/>
        </w:rPr>
        <w:t>, certificado digital emitido pela ICP-Brasil</w:t>
      </w:r>
      <w:r>
        <w:rPr>
          <w:rFonts w:cs="Arial"/>
          <w:bCs/>
          <w:sz w:val="18"/>
          <w:szCs w:val="18"/>
        </w:rPr>
        <w:t xml:space="preserve"> ou</w:t>
      </w:r>
      <w:r w:rsidRPr="00EB095D">
        <w:rPr>
          <w:rFonts w:cs="Arial"/>
          <w:bCs/>
          <w:sz w:val="18"/>
          <w:szCs w:val="18"/>
        </w:rPr>
        <w:t xml:space="preserve"> assinatura pelo sistema GOV.BR.</w:t>
      </w:r>
    </w:p>
    <w:sectPr w:rsidR="00F30123" w:rsidSect="00D373AB">
      <w:headerReference w:type="default" r:id="rId8"/>
      <w:footerReference w:type="default" r:id="rId9"/>
      <w:pgSz w:w="11906" w:h="16838" w:code="9"/>
      <w:pgMar w:top="1134" w:right="680" w:bottom="1134" w:left="680" w:header="198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3617" w14:textId="77777777" w:rsidR="00A76312" w:rsidRDefault="00A76312">
      <w:pPr>
        <w:spacing w:after="0" w:line="240" w:lineRule="auto"/>
      </w:pPr>
      <w:r>
        <w:separator/>
      </w:r>
    </w:p>
  </w:endnote>
  <w:endnote w:type="continuationSeparator" w:id="0">
    <w:p w14:paraId="255F2FA4" w14:textId="77777777" w:rsidR="00A76312" w:rsidRDefault="00A7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2D5D" w14:textId="71AE3562" w:rsidR="008171B3" w:rsidRDefault="00D0608D" w:rsidP="00236467">
    <w:pPr>
      <w:pStyle w:val="Rodap"/>
      <w:spacing w:after="20"/>
    </w:pPr>
    <w:r w:rsidRPr="00D0324D">
      <w:rPr>
        <w:noProof/>
      </w:rPr>
      <w:drawing>
        <wp:anchor distT="0" distB="0" distL="114300" distR="114300" simplePos="0" relativeHeight="251664384" behindDoc="0" locked="0" layoutInCell="1" allowOverlap="1" wp14:anchorId="05560237" wp14:editId="41AD7E64">
          <wp:simplePos x="0" y="0"/>
          <wp:positionH relativeFrom="column">
            <wp:posOffset>3674745</wp:posOffset>
          </wp:positionH>
          <wp:positionV relativeFrom="paragraph">
            <wp:posOffset>-661628</wp:posOffset>
          </wp:positionV>
          <wp:extent cx="3300280" cy="737235"/>
          <wp:effectExtent l="0" t="0" r="0" b="5715"/>
          <wp:wrapNone/>
          <wp:docPr id="896839525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028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6312">
      <w:rPr>
        <w:sz w:val="15"/>
      </w:rPr>
      <w:t xml:space="preserve">Página </w:t>
    </w:r>
    <w:r w:rsidR="00A76312">
      <w:rPr>
        <w:sz w:val="16"/>
      </w:rPr>
      <w:fldChar w:fldCharType="begin"/>
    </w:r>
    <w:r w:rsidR="00A76312">
      <w:rPr>
        <w:sz w:val="16"/>
      </w:rPr>
      <w:instrText>PAGE</w:instrText>
    </w:r>
    <w:r w:rsidR="00A76312">
      <w:rPr>
        <w:sz w:val="16"/>
      </w:rPr>
      <w:fldChar w:fldCharType="separate"/>
    </w:r>
    <w:r w:rsidR="00A76312">
      <w:rPr>
        <w:sz w:val="16"/>
      </w:rPr>
      <w:t>1</w:t>
    </w:r>
    <w:r w:rsidR="00A76312">
      <w:rPr>
        <w:sz w:val="16"/>
      </w:rPr>
      <w:fldChar w:fldCharType="end"/>
    </w:r>
    <w:r w:rsidR="00A76312">
      <w:rPr>
        <w:sz w:val="15"/>
      </w:rPr>
      <w:t xml:space="preserve"> de </w:t>
    </w:r>
    <w:r w:rsidR="00A76312">
      <w:rPr>
        <w:sz w:val="16"/>
      </w:rPr>
      <w:fldChar w:fldCharType="begin"/>
    </w:r>
    <w:r w:rsidR="00A76312">
      <w:rPr>
        <w:sz w:val="16"/>
      </w:rPr>
      <w:instrText>NUMPAGES</w:instrText>
    </w:r>
    <w:r w:rsidR="00A76312">
      <w:rPr>
        <w:sz w:val="16"/>
      </w:rPr>
      <w:fldChar w:fldCharType="separate"/>
    </w:r>
    <w:r w:rsidR="00A76312">
      <w:rPr>
        <w:sz w:val="16"/>
      </w:rPr>
      <w:t>1</w:t>
    </w:r>
    <w:r w:rsidR="00A76312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1C49" w14:textId="77777777" w:rsidR="00A76312" w:rsidRDefault="00A76312">
      <w:pPr>
        <w:spacing w:after="0" w:line="240" w:lineRule="auto"/>
      </w:pPr>
      <w:r>
        <w:separator/>
      </w:r>
    </w:p>
  </w:footnote>
  <w:footnote w:type="continuationSeparator" w:id="0">
    <w:p w14:paraId="6E6EC980" w14:textId="77777777" w:rsidR="00A76312" w:rsidRDefault="00A76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4048" w14:textId="10E6A871" w:rsidR="008171B3" w:rsidRDefault="006D41FB">
    <w:pPr>
      <w:pStyle w:val="Cabealho"/>
    </w:pPr>
    <w:r>
      <w:rPr>
        <w:noProof/>
      </w:rPr>
      <w:pict w14:anchorId="658C0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3986" o:spid="_x0000_s1025" type="#_x0000_t75" style="position:absolute;margin-left:0;margin-top:0;width:424.05pt;height:424.05pt;z-index:-251654144;mso-wrap-edited:f;mso-position-horizontal:center;mso-position-horizontal-relative:margin;mso-position-vertical:center;mso-position-vertical-relative:margin" o:allowincell="f">
          <v:imagedata r:id="rId1" o:title="aaa"/>
          <w10:wrap anchorx="margin" anchory="margin"/>
        </v:shape>
      </w:pict>
    </w:r>
    <w:r w:rsidR="00D373AB">
      <w:rPr>
        <w:noProof/>
      </w:rPr>
      <w:drawing>
        <wp:anchor distT="0" distB="0" distL="114300" distR="114300" simplePos="0" relativeHeight="251660288" behindDoc="0" locked="0" layoutInCell="1" allowOverlap="1" wp14:anchorId="632C443B" wp14:editId="6278D65A">
          <wp:simplePos x="0" y="0"/>
          <wp:positionH relativeFrom="column">
            <wp:posOffset>3978275</wp:posOffset>
          </wp:positionH>
          <wp:positionV relativeFrom="paragraph">
            <wp:posOffset>-78105</wp:posOffset>
          </wp:positionV>
          <wp:extent cx="3168100" cy="7143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righ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681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706"/>
      <w:gridCol w:w="4706"/>
    </w:tblGrid>
    <w:tr w:rsidR="008171B3" w14:paraId="08AD5FFF" w14:textId="77777777">
      <w:trPr>
        <w:jc w:val="center"/>
      </w:trPr>
      <w:tc>
        <w:tcPr>
          <w:tcW w:w="4706" w:type="dxa"/>
          <w:vAlign w:val="center"/>
        </w:tcPr>
        <w:p w14:paraId="3789C3DA" w14:textId="77777777" w:rsidR="008171B3" w:rsidRDefault="00A76312">
          <w:pPr>
            <w:spacing w:after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9816E26" wp14:editId="01C5742F">
                <wp:simplePos x="0" y="0"/>
                <wp:positionH relativeFrom="column">
                  <wp:posOffset>-433705</wp:posOffset>
                </wp:positionH>
                <wp:positionV relativeFrom="paragraph">
                  <wp:posOffset>-221615</wp:posOffset>
                </wp:positionV>
                <wp:extent cx="1638300" cy="710565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_left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0" cy="710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706" w:type="dxa"/>
          <w:vAlign w:val="center"/>
        </w:tcPr>
        <w:p w14:paraId="3B2B56CA" w14:textId="194C1CEB" w:rsidR="008171B3" w:rsidRDefault="008171B3">
          <w:pPr>
            <w:spacing w:after="0"/>
            <w:jc w:val="right"/>
          </w:pPr>
        </w:p>
      </w:tc>
    </w:tr>
  </w:tbl>
  <w:p w14:paraId="7E488097" w14:textId="6CD8C08F" w:rsidR="008171B3" w:rsidRDefault="008171B3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236132">
    <w:abstractNumId w:val="8"/>
  </w:num>
  <w:num w:numId="2" w16cid:durableId="2123647994">
    <w:abstractNumId w:val="6"/>
  </w:num>
  <w:num w:numId="3" w16cid:durableId="1109548998">
    <w:abstractNumId w:val="5"/>
  </w:num>
  <w:num w:numId="4" w16cid:durableId="587278308">
    <w:abstractNumId w:val="4"/>
  </w:num>
  <w:num w:numId="5" w16cid:durableId="1390299949">
    <w:abstractNumId w:val="7"/>
  </w:num>
  <w:num w:numId="6" w16cid:durableId="791023221">
    <w:abstractNumId w:val="3"/>
  </w:num>
  <w:num w:numId="7" w16cid:durableId="1809935565">
    <w:abstractNumId w:val="2"/>
  </w:num>
  <w:num w:numId="8" w16cid:durableId="723021244">
    <w:abstractNumId w:val="1"/>
  </w:num>
  <w:num w:numId="9" w16cid:durableId="146415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C76"/>
    <w:rsid w:val="0015074B"/>
    <w:rsid w:val="00236467"/>
    <w:rsid w:val="0029639D"/>
    <w:rsid w:val="00326F90"/>
    <w:rsid w:val="003E5CFC"/>
    <w:rsid w:val="004B0300"/>
    <w:rsid w:val="0059052C"/>
    <w:rsid w:val="006C1404"/>
    <w:rsid w:val="006D41FB"/>
    <w:rsid w:val="00727C02"/>
    <w:rsid w:val="0079765D"/>
    <w:rsid w:val="008171B3"/>
    <w:rsid w:val="008B1ECD"/>
    <w:rsid w:val="0090744D"/>
    <w:rsid w:val="00A76312"/>
    <w:rsid w:val="00AA1D8D"/>
    <w:rsid w:val="00AE5DF3"/>
    <w:rsid w:val="00B105CB"/>
    <w:rsid w:val="00B47730"/>
    <w:rsid w:val="00BB5F09"/>
    <w:rsid w:val="00BC223D"/>
    <w:rsid w:val="00CB0664"/>
    <w:rsid w:val="00D0608D"/>
    <w:rsid w:val="00D1206C"/>
    <w:rsid w:val="00D373AB"/>
    <w:rsid w:val="00F301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18547E"/>
  <w14:defaultImageDpi w14:val="300"/>
  <w15:docId w15:val="{0E390891-E9D8-430C-81CB-1B9C9EBE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pt-BR"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  <w:rPr>
      <w:rFonts w:ascii="Arial" w:hAnsi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  <w:rPr>
      <w:rFonts w:ascii="Arial" w:hAnsi="Arial"/>
      <w:lang w:val="pt-BR" w:eastAsia="pt-BR" w:bidi="pt-BR"/>
    </w:rPr>
  </w:style>
  <w:style w:type="paragraph" w:styleId="SemEspaamento">
    <w:name w:val="No Spacing"/>
    <w:uiPriority w:val="1"/>
    <w:qFormat/>
    <w:rsid w:val="00FC693F"/>
    <w:pPr>
      <w:spacing w:after="0" w:line="240" w:lineRule="auto"/>
    </w:pPr>
    <w:rPr>
      <w:rFonts w:ascii="Arial" w:hAnsi="Arial"/>
      <w:lang w:val="pt-BR" w:eastAsia="pt-BR" w:bidi="pt-BR"/>
    </w:r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 w:eastAsia="pt-BR" w:bidi="pt-BR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t-BR" w:eastAsia="pt-BR" w:bidi="pt-BR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t-BR" w:eastAsia="pt-BR" w:bidi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t-BR" w:eastAsia="pt-BR" w:bidi="pt-BR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  <w:rPr>
      <w:rFonts w:ascii="Arial" w:hAnsi="Arial"/>
      <w:lang w:val="pt-BR" w:eastAsia="pt-BR" w:bidi="pt-BR"/>
    </w:rPr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  <w:rPr>
      <w:rFonts w:ascii="Arial" w:hAnsi="Arial"/>
      <w:lang w:val="pt-BR" w:eastAsia="pt-BR" w:bidi="pt-BR"/>
    </w:rPr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rFonts w:ascii="Arial" w:hAnsi="Arial"/>
      <w:sz w:val="16"/>
      <w:szCs w:val="16"/>
      <w:lang w:val="pt-BR" w:eastAsia="pt-BR" w:bidi="pt-BR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  <w:lang w:val="pt-BR" w:eastAsia="pt-BR" w:bidi="pt-BR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Arial" w:hAnsi="Arial"/>
      <w:sz w:val="20"/>
      <w:szCs w:val="20"/>
      <w:lang w:val="pt-BR" w:eastAsia="pt-BR" w:bidi="pt-BR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rFonts w:ascii="Arial" w:hAnsi="Arial"/>
      <w:i/>
      <w:iCs/>
      <w:color w:val="000000" w:themeColor="text1"/>
      <w:lang w:val="pt-BR"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t-BR" w:eastAsia="pt-BR" w:bidi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t-BR" w:eastAsia="pt-BR" w:bidi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t-BR" w:eastAsia="pt-BR" w:bidi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t-BR" w:eastAsia="pt-BR" w:bidi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t-BR" w:eastAsia="pt-BR" w:bidi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t-BR" w:eastAsia="pt-BR" w:bidi="pt-BR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rFonts w:ascii="Arial" w:hAnsi="Arial"/>
      <w:b/>
      <w:bCs/>
      <w:lang w:val="pt-BR" w:eastAsia="pt-BR" w:bidi="pt-BR"/>
    </w:rPr>
  </w:style>
  <w:style w:type="character" w:styleId="nfase">
    <w:name w:val="Emphasis"/>
    <w:basedOn w:val="Fontepargpadro"/>
    <w:uiPriority w:val="20"/>
    <w:qFormat/>
    <w:rsid w:val="00FC693F"/>
    <w:rPr>
      <w:rFonts w:ascii="Arial" w:hAnsi="Arial"/>
      <w:i/>
      <w:iCs/>
      <w:lang w:val="pt-BR" w:eastAsia="pt-BR" w:bidi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rFonts w:ascii="Arial" w:hAnsi="Arial"/>
      <w:b/>
      <w:bCs/>
      <w:i/>
      <w:iCs/>
      <w:color w:val="4F81BD" w:themeColor="accent1"/>
      <w:lang w:val="pt-BR" w:eastAsia="pt-BR" w:bidi="pt-BR"/>
    </w:rPr>
  </w:style>
  <w:style w:type="character" w:styleId="nfaseSutil">
    <w:name w:val="Subtle Emphasis"/>
    <w:basedOn w:val="Fontepargpadro"/>
    <w:uiPriority w:val="19"/>
    <w:qFormat/>
    <w:rsid w:val="00FC693F"/>
    <w:rPr>
      <w:rFonts w:ascii="Arial" w:hAnsi="Arial"/>
      <w:i/>
      <w:iCs/>
      <w:color w:val="808080" w:themeColor="text1" w:themeTint="7F"/>
      <w:lang w:val="pt-BR" w:eastAsia="pt-BR" w:bidi="pt-BR"/>
    </w:rPr>
  </w:style>
  <w:style w:type="character" w:styleId="nfaseIntensa">
    <w:name w:val="Intense Emphasis"/>
    <w:basedOn w:val="Fontepargpadro"/>
    <w:uiPriority w:val="21"/>
    <w:qFormat/>
    <w:rsid w:val="00FC693F"/>
    <w:rPr>
      <w:rFonts w:ascii="Arial" w:hAnsi="Arial"/>
      <w:b/>
      <w:bCs/>
      <w:i/>
      <w:iCs/>
      <w:color w:val="4F81BD" w:themeColor="accent1"/>
      <w:lang w:val="pt-BR" w:eastAsia="pt-BR" w:bidi="pt-BR"/>
    </w:rPr>
  </w:style>
  <w:style w:type="character" w:styleId="RefernciaSutil">
    <w:name w:val="Subtle Reference"/>
    <w:basedOn w:val="Fontepargpadro"/>
    <w:uiPriority w:val="31"/>
    <w:qFormat/>
    <w:rsid w:val="00FC693F"/>
    <w:rPr>
      <w:rFonts w:ascii="Arial" w:hAnsi="Arial"/>
      <w:smallCaps/>
      <w:color w:val="C0504D" w:themeColor="accent2"/>
      <w:u w:val="single"/>
      <w:lang w:val="pt-BR" w:eastAsia="pt-BR" w:bidi="pt-BR"/>
    </w:rPr>
  </w:style>
  <w:style w:type="character" w:styleId="RefernciaIntensa">
    <w:name w:val="Intense Reference"/>
    <w:basedOn w:val="Fontepargpadro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  <w:lang w:val="pt-BR" w:eastAsia="pt-BR" w:bidi="pt-BR"/>
    </w:rPr>
  </w:style>
  <w:style w:type="character" w:styleId="TtulodoLivro">
    <w:name w:val="Book Title"/>
    <w:basedOn w:val="Fontepargpadro"/>
    <w:uiPriority w:val="33"/>
    <w:qFormat/>
    <w:rsid w:val="00FC693F"/>
    <w:rPr>
      <w:rFonts w:ascii="Arial" w:hAnsi="Arial"/>
      <w:b/>
      <w:bCs/>
      <w:smallCaps/>
      <w:spacing w:val="5"/>
      <w:lang w:val="pt-BR" w:eastAsia="pt-BR" w:bidi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rPr>
      <w:rFonts w:ascii="Arial" w:hAnsi="Arial"/>
      <w:lang w:val="pt-BR" w:eastAsia="pt-BR" w:bidi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rPr>
      <w:rFonts w:ascii="Arial" w:hAnsi="Arial"/>
      <w:lang w:val="pt-BR" w:eastAsia="pt-BR" w:bidi="pt-B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pt-BR" w:eastAsia="pt-BR" w:bidi="pt-BR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pt-BR" w:eastAsia="pt-BR" w:bidi="pt-B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864</Words>
  <Characters>4668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Proposições de Indicação para o Conselho Deliberativo - Goiás Esporte Clube</dc:title>
  <dc:subject>Art. 42, § 2º - indicação individual de Associados Titulares</dc:subject>
  <dc:creator>Goiás Esporte Clube - Presidência do Conselho Deliberativo</dc:creator>
  <cp:keywords/>
  <dc:description>generated by python-docx</dc:description>
  <cp:lastModifiedBy>Paulo Rogerio Pinheiro</cp:lastModifiedBy>
  <cp:revision>20</cp:revision>
  <dcterms:created xsi:type="dcterms:W3CDTF">2026-10-16T03:11:00Z</dcterms:created>
  <dcterms:modified xsi:type="dcterms:W3CDTF">2026-10-16T03:26:00Z</dcterms:modified>
  <cp:category/>
  <dc:language>pt-BR</dc:language>
</cp:coreProperties>
</file>